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043"/>
        <w:gridCol w:w="5043"/>
      </w:tblGrid>
      <w:tr w:rsidR="00FC65BF" w14:paraId="2C95CDB4" w14:textId="77777777">
        <w:trPr>
          <w:jc w:val="center"/>
        </w:trPr>
        <w:tc>
          <w:tcPr>
            <w:tcW w:w="5043" w:type="dxa"/>
            <w:tcBorders>
              <w:top w:val="nil"/>
              <w:left w:val="nil"/>
              <w:bottom w:val="nil"/>
              <w:right w:val="nil"/>
            </w:tcBorders>
            <w:tcMar>
              <w:top w:w="0" w:type="dxa"/>
              <w:left w:w="0" w:type="dxa"/>
              <w:bottom w:w="0" w:type="dxa"/>
              <w:right w:w="0" w:type="dxa"/>
            </w:tcMar>
          </w:tcPr>
          <w:p w14:paraId="23A5FC62" w14:textId="77777777" w:rsidR="00FC65BF" w:rsidRDefault="00000000">
            <w:pPr>
              <w:spacing w:after="0" w:line="240" w:lineRule="auto"/>
              <w:jc w:val="center"/>
            </w:pPr>
            <w:r>
              <w:rPr>
                <w:b/>
                <w:sz w:val="22"/>
              </w:rPr>
              <w:t>ĐẠI HỌC ĐÀ NẴNG</w:t>
            </w:r>
          </w:p>
          <w:p w14:paraId="31D01092" w14:textId="77777777" w:rsidR="00FC65BF" w:rsidRDefault="00000000">
            <w:pPr>
              <w:spacing w:after="0" w:line="240" w:lineRule="auto"/>
              <w:jc w:val="center"/>
            </w:pPr>
            <w:r>
              <w:rPr>
                <w:b/>
                <w:sz w:val="22"/>
              </w:rPr>
              <w:t>TRƯỜNG ĐẠI HỌC KINH TẾ</w:t>
            </w:r>
          </w:p>
          <w:p w14:paraId="16188A22" w14:textId="77777777" w:rsidR="00FC65BF" w:rsidRDefault="00000000">
            <w:pPr>
              <w:spacing w:after="0" w:line="240" w:lineRule="auto"/>
              <w:jc w:val="center"/>
            </w:pPr>
            <w:r>
              <w:rPr>
                <w:sz w:val="19"/>
              </w:rPr>
              <w:t>_________________</w:t>
            </w:r>
          </w:p>
        </w:tc>
        <w:tc>
          <w:tcPr>
            <w:tcW w:w="5043" w:type="dxa"/>
            <w:tcBorders>
              <w:top w:val="nil"/>
              <w:left w:val="nil"/>
              <w:bottom w:val="nil"/>
              <w:right w:val="nil"/>
            </w:tcBorders>
            <w:tcMar>
              <w:top w:w="0" w:type="dxa"/>
              <w:left w:w="0" w:type="dxa"/>
              <w:bottom w:w="0" w:type="dxa"/>
              <w:right w:w="0" w:type="dxa"/>
            </w:tcMar>
          </w:tcPr>
          <w:p w14:paraId="4677ECB4" w14:textId="77777777" w:rsidR="00FC65BF" w:rsidRDefault="00000000">
            <w:pPr>
              <w:spacing w:after="0" w:line="240" w:lineRule="auto"/>
              <w:jc w:val="center"/>
            </w:pPr>
            <w:r>
              <w:rPr>
                <w:b/>
                <w:sz w:val="22"/>
              </w:rPr>
              <w:t>CỘNG HÒA XÃ HỘI CHỦ NGHĨA VIỆT NAM</w:t>
            </w:r>
          </w:p>
          <w:p w14:paraId="01C091A2" w14:textId="77777777" w:rsidR="00FC65BF" w:rsidRDefault="00000000">
            <w:pPr>
              <w:spacing w:after="0" w:line="240" w:lineRule="auto"/>
              <w:jc w:val="center"/>
            </w:pPr>
            <w:r>
              <w:rPr>
                <w:b/>
                <w:sz w:val="22"/>
              </w:rPr>
              <w:t>Độc lập - Tự do - Hạnh phúc</w:t>
            </w:r>
          </w:p>
          <w:p w14:paraId="539F97F7" w14:textId="77777777" w:rsidR="00FC65BF" w:rsidRDefault="00000000">
            <w:pPr>
              <w:spacing w:after="0" w:line="240" w:lineRule="auto"/>
              <w:jc w:val="center"/>
            </w:pPr>
            <w:r>
              <w:rPr>
                <w:sz w:val="19"/>
              </w:rPr>
              <w:t>_________________</w:t>
            </w:r>
          </w:p>
        </w:tc>
      </w:tr>
    </w:tbl>
    <w:p w14:paraId="0A013D3F" w14:textId="77777777" w:rsidR="00FC65BF" w:rsidRDefault="00000000">
      <w:pPr>
        <w:spacing w:after="40" w:line="240" w:lineRule="auto"/>
        <w:jc w:val="right"/>
      </w:pPr>
      <w:r>
        <w:rPr>
          <w:i/>
          <w:sz w:val="22"/>
        </w:rPr>
        <w:t>Mẫu 01</w:t>
      </w:r>
    </w:p>
    <w:p w14:paraId="6C975EF8" w14:textId="77777777" w:rsidR="00FC65BF" w:rsidRDefault="00000000">
      <w:pPr>
        <w:spacing w:before="40" w:after="20" w:line="240" w:lineRule="auto"/>
        <w:jc w:val="center"/>
      </w:pPr>
      <w:r>
        <w:rPr>
          <w:b/>
          <w:sz w:val="29"/>
        </w:rPr>
        <w:t>ĐƠN ĐĂNG KÝ THAM GIA CHƯƠNG TRÌNH</w:t>
      </w:r>
    </w:p>
    <w:p w14:paraId="06233C12" w14:textId="77777777" w:rsidR="00FC65BF" w:rsidRDefault="00000000">
      <w:pPr>
        <w:spacing w:after="20" w:line="240" w:lineRule="auto"/>
        <w:jc w:val="center"/>
      </w:pPr>
      <w:r>
        <w:rPr>
          <w:b/>
          <w:sz w:val="27"/>
        </w:rPr>
        <w:t>ĐỒNG HƯỚNG DẪN LUẬN ÁN TIẾN SĨ (COTUTELLE PhD)</w:t>
      </w:r>
    </w:p>
    <w:p w14:paraId="10C42847" w14:textId="77777777" w:rsidR="00FC65BF" w:rsidRDefault="00000000">
      <w:pPr>
        <w:spacing w:after="120" w:line="240" w:lineRule="auto"/>
        <w:jc w:val="center"/>
      </w:pPr>
      <w:r>
        <w:rPr>
          <w:b/>
        </w:rPr>
        <w:t>với University of Lodz, Ba Lan</w:t>
      </w:r>
    </w:p>
    <w:p w14:paraId="5049E5F0" w14:textId="68161069" w:rsidR="00FC65BF" w:rsidRDefault="00000000" w:rsidP="008A6E5A">
      <w:pPr>
        <w:spacing w:after="20" w:line="240" w:lineRule="auto"/>
        <w:ind w:left="720" w:firstLine="720"/>
        <w:rPr>
          <w:sz w:val="25"/>
        </w:rPr>
      </w:pPr>
      <w:r>
        <w:rPr>
          <w:b/>
          <w:sz w:val="25"/>
        </w:rPr>
        <w:t xml:space="preserve">Kính gửi: </w:t>
      </w:r>
      <w:r w:rsidR="008A6E5A">
        <w:rPr>
          <w:b/>
          <w:sz w:val="25"/>
        </w:rPr>
        <w:tab/>
      </w:r>
      <w:r w:rsidR="00FD5923">
        <w:rPr>
          <w:b/>
          <w:sz w:val="25"/>
        </w:rPr>
        <w:t xml:space="preserve">- </w:t>
      </w:r>
      <w:r>
        <w:rPr>
          <w:sz w:val="25"/>
        </w:rPr>
        <w:t>Ban Giám hiệu Trường Đại học Kinh tế - Đại học Đà Nẵng</w:t>
      </w:r>
      <w:r w:rsidR="00CC67B8">
        <w:rPr>
          <w:sz w:val="25"/>
        </w:rPr>
        <w:t>;</w:t>
      </w:r>
    </w:p>
    <w:p w14:paraId="51E293F1" w14:textId="536C07D2" w:rsidR="004D4876" w:rsidRDefault="004D4876" w:rsidP="008A6E5A">
      <w:pPr>
        <w:spacing w:after="20" w:line="240" w:lineRule="auto"/>
        <w:ind w:left="720" w:firstLine="720"/>
      </w:pPr>
      <w:r>
        <w:rPr>
          <w:b/>
          <w:sz w:val="25"/>
        </w:rPr>
        <w:tab/>
      </w:r>
      <w:r>
        <w:rPr>
          <w:b/>
          <w:sz w:val="25"/>
        </w:rPr>
        <w:tab/>
        <w:t>-</w:t>
      </w:r>
      <w:r>
        <w:t xml:space="preserve"> Phòng Đào tạo;</w:t>
      </w:r>
    </w:p>
    <w:p w14:paraId="3E07003B" w14:textId="7274F03B" w:rsidR="00FC65BF" w:rsidRDefault="00000000">
      <w:pPr>
        <w:spacing w:after="80" w:line="240" w:lineRule="auto"/>
      </w:pPr>
      <w:r>
        <w:rPr>
          <w:sz w:val="25"/>
        </w:rPr>
        <w:t xml:space="preserve">             </w:t>
      </w:r>
      <w:r w:rsidR="008A6E5A">
        <w:rPr>
          <w:sz w:val="25"/>
        </w:rPr>
        <w:tab/>
      </w:r>
      <w:r w:rsidR="008A6E5A">
        <w:rPr>
          <w:sz w:val="25"/>
        </w:rPr>
        <w:tab/>
      </w:r>
      <w:r w:rsidR="008A6E5A">
        <w:rPr>
          <w:sz w:val="25"/>
        </w:rPr>
        <w:tab/>
      </w:r>
      <w:r w:rsidR="00FD5923">
        <w:rPr>
          <w:sz w:val="25"/>
        </w:rPr>
        <w:t xml:space="preserve">- </w:t>
      </w:r>
      <w:r>
        <w:rPr>
          <w:sz w:val="25"/>
        </w:rPr>
        <w:t xml:space="preserve">Khoa </w:t>
      </w:r>
      <w:r w:rsidR="008A6E5A">
        <w:rPr>
          <w:sz w:val="25"/>
        </w:rPr>
        <w:t>…</w:t>
      </w:r>
    </w:p>
    <w:p w14:paraId="2DA09B52" w14:textId="77777777" w:rsidR="00FC65BF" w:rsidRDefault="00000000" w:rsidP="008A6E5A">
      <w:pPr>
        <w:spacing w:after="100" w:line="269" w:lineRule="auto"/>
        <w:jc w:val="both"/>
      </w:pPr>
      <w:r>
        <w:rPr>
          <w:sz w:val="25"/>
        </w:rPr>
        <w:t>Tôi làm đơn này đăng ký nguyện vọng tham gia Chương trình đồng hướng dẫn luận án tiến sĩ (Cotutelle PhD) giữa Trường Đại học Kinh tế - Đại học Đà Nẵng và University of Lodz, Ba Lan, với các thông tin như sau:</w:t>
      </w:r>
    </w:p>
    <w:p w14:paraId="057361FF" w14:textId="77777777" w:rsidR="00FC65BF" w:rsidRDefault="00000000">
      <w:pPr>
        <w:spacing w:before="100" w:after="60" w:line="240" w:lineRule="auto"/>
      </w:pPr>
      <w:r>
        <w:rPr>
          <w:b/>
        </w:rPr>
        <w:t>I. THÔNG TIN CÁ NHÂN</w:t>
      </w:r>
    </w:p>
    <w:tbl>
      <w:tblPr>
        <w:tblW w:w="0" w:type="auto"/>
        <w:jc w:val="center"/>
        <w:tblLayout w:type="fixed"/>
        <w:tblLook w:val="04A0" w:firstRow="1" w:lastRow="0" w:firstColumn="1" w:lastColumn="0" w:noHBand="0" w:noVBand="1"/>
      </w:tblPr>
      <w:tblGrid>
        <w:gridCol w:w="5043"/>
        <w:gridCol w:w="5043"/>
      </w:tblGrid>
      <w:tr w:rsidR="00FC65BF" w14:paraId="4D81B3BB"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368338DF" w14:textId="77777777" w:rsidR="00FC65BF" w:rsidRDefault="00000000">
            <w:pPr>
              <w:spacing w:after="0" w:line="240" w:lineRule="auto"/>
            </w:pPr>
            <w:r>
              <w:rPr>
                <w:b/>
                <w:sz w:val="24"/>
              </w:rPr>
              <w:t>Họ và tên</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6329968E" w14:textId="77777777" w:rsidR="00FC65BF" w:rsidRDefault="00000000">
            <w:pPr>
              <w:pBdr>
                <w:bottom w:val="single" w:sz="4" w:space="1" w:color="8C8C8C"/>
              </w:pBdr>
              <w:spacing w:after="20" w:line="240" w:lineRule="auto"/>
            </w:pPr>
            <w:r>
              <w:rPr>
                <w:sz w:val="24"/>
              </w:rPr>
              <w:t xml:space="preserve"> </w:t>
            </w:r>
          </w:p>
        </w:tc>
      </w:tr>
      <w:tr w:rsidR="00FC65BF" w14:paraId="1EE267AE"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03D8E73A" w14:textId="77777777" w:rsidR="00FC65BF" w:rsidRDefault="00000000">
            <w:pPr>
              <w:spacing w:after="0" w:line="240" w:lineRule="auto"/>
            </w:pPr>
            <w:r>
              <w:rPr>
                <w:b/>
                <w:sz w:val="24"/>
              </w:rPr>
              <w:t>Ngày sinh</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332B4AD4" w14:textId="77777777" w:rsidR="00FC65BF" w:rsidRDefault="00000000">
            <w:pPr>
              <w:pBdr>
                <w:bottom w:val="single" w:sz="4" w:space="1" w:color="8C8C8C"/>
              </w:pBdr>
              <w:spacing w:after="20" w:line="240" w:lineRule="auto"/>
            </w:pPr>
            <w:r>
              <w:rPr>
                <w:sz w:val="24"/>
              </w:rPr>
              <w:t xml:space="preserve"> </w:t>
            </w:r>
          </w:p>
        </w:tc>
      </w:tr>
      <w:tr w:rsidR="00FC65BF" w14:paraId="099C93D4"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6EB04EAE" w14:textId="77777777" w:rsidR="00FC65BF" w:rsidRDefault="00000000">
            <w:pPr>
              <w:spacing w:after="0" w:line="240" w:lineRule="auto"/>
            </w:pPr>
            <w:r>
              <w:rPr>
                <w:b/>
                <w:sz w:val="24"/>
              </w:rPr>
              <w:t>Điện thoại</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7CC76C8F" w14:textId="77777777" w:rsidR="00FC65BF" w:rsidRDefault="00000000">
            <w:pPr>
              <w:pBdr>
                <w:bottom w:val="single" w:sz="4" w:space="1" w:color="8C8C8C"/>
              </w:pBdr>
              <w:spacing w:after="20" w:line="240" w:lineRule="auto"/>
            </w:pPr>
            <w:r>
              <w:rPr>
                <w:sz w:val="24"/>
              </w:rPr>
              <w:t xml:space="preserve"> </w:t>
            </w:r>
          </w:p>
        </w:tc>
      </w:tr>
      <w:tr w:rsidR="00FC65BF" w14:paraId="14C113D5"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56DFD274" w14:textId="77777777" w:rsidR="00FC65BF" w:rsidRDefault="00000000">
            <w:pPr>
              <w:spacing w:after="0" w:line="240" w:lineRule="auto"/>
            </w:pPr>
            <w:r>
              <w:rPr>
                <w:b/>
                <w:sz w:val="24"/>
              </w:rPr>
              <w:t>Email</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63998CF2" w14:textId="77777777" w:rsidR="00FC65BF" w:rsidRDefault="00000000">
            <w:pPr>
              <w:pBdr>
                <w:bottom w:val="single" w:sz="4" w:space="1" w:color="8C8C8C"/>
              </w:pBdr>
              <w:spacing w:after="20" w:line="240" w:lineRule="auto"/>
            </w:pPr>
            <w:r>
              <w:rPr>
                <w:sz w:val="24"/>
              </w:rPr>
              <w:t xml:space="preserve"> </w:t>
            </w:r>
          </w:p>
        </w:tc>
      </w:tr>
      <w:tr w:rsidR="00FC65BF" w14:paraId="62E0EAEE"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4E2285C7" w14:textId="77777777" w:rsidR="00FC65BF" w:rsidRDefault="00000000">
            <w:pPr>
              <w:spacing w:after="0" w:line="240" w:lineRule="auto"/>
            </w:pPr>
            <w:r>
              <w:rPr>
                <w:b/>
                <w:sz w:val="24"/>
              </w:rPr>
              <w:t>Đơn vị công tác (nếu có)</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1D73145D" w14:textId="77777777" w:rsidR="00FC65BF" w:rsidRDefault="00000000">
            <w:pPr>
              <w:pBdr>
                <w:bottom w:val="single" w:sz="4" w:space="1" w:color="8C8C8C"/>
              </w:pBdr>
              <w:spacing w:after="20" w:line="240" w:lineRule="auto"/>
            </w:pPr>
            <w:r>
              <w:rPr>
                <w:sz w:val="24"/>
              </w:rPr>
              <w:t xml:space="preserve"> </w:t>
            </w:r>
          </w:p>
        </w:tc>
      </w:tr>
    </w:tbl>
    <w:p w14:paraId="69A1A0AC" w14:textId="77777777" w:rsidR="00FC65BF" w:rsidRDefault="00000000">
      <w:pPr>
        <w:spacing w:before="100" w:after="60" w:line="240" w:lineRule="auto"/>
      </w:pPr>
      <w:r>
        <w:rPr>
          <w:b/>
        </w:rPr>
        <w:t>II. THÔNG TIN ĐÀO TẠO TIẾN SĨ HIỆN TẠI</w:t>
      </w:r>
    </w:p>
    <w:tbl>
      <w:tblPr>
        <w:tblW w:w="0" w:type="auto"/>
        <w:jc w:val="center"/>
        <w:tblLayout w:type="fixed"/>
        <w:tblLook w:val="04A0" w:firstRow="1" w:lastRow="0" w:firstColumn="1" w:lastColumn="0" w:noHBand="0" w:noVBand="1"/>
      </w:tblPr>
      <w:tblGrid>
        <w:gridCol w:w="5043"/>
        <w:gridCol w:w="5043"/>
      </w:tblGrid>
      <w:tr w:rsidR="00FC65BF" w14:paraId="6DA64A8D"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789DDC1E" w14:textId="77777777" w:rsidR="00FC65BF" w:rsidRDefault="00000000">
            <w:pPr>
              <w:spacing w:after="0" w:line="240" w:lineRule="auto"/>
            </w:pPr>
            <w:r>
              <w:rPr>
                <w:b/>
                <w:sz w:val="24"/>
              </w:rPr>
              <w:t>Chuyên ngành/Chương trình tiến sĩ</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5B1271D8" w14:textId="77777777" w:rsidR="00FC65BF" w:rsidRDefault="00000000">
            <w:pPr>
              <w:pBdr>
                <w:bottom w:val="single" w:sz="4" w:space="1" w:color="8C8C8C"/>
              </w:pBdr>
              <w:spacing w:after="20" w:line="240" w:lineRule="auto"/>
            </w:pPr>
            <w:r>
              <w:rPr>
                <w:sz w:val="24"/>
              </w:rPr>
              <w:t xml:space="preserve"> </w:t>
            </w:r>
          </w:p>
        </w:tc>
      </w:tr>
      <w:tr w:rsidR="00FC65BF" w14:paraId="1B8D3C57" w14:textId="77777777" w:rsidTr="007305B9">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1F86F052" w14:textId="77777777" w:rsidR="00FC65BF" w:rsidRDefault="00000000">
            <w:pPr>
              <w:spacing w:after="0" w:line="240" w:lineRule="auto"/>
            </w:pPr>
            <w:r>
              <w:rPr>
                <w:b/>
                <w:sz w:val="24"/>
              </w:rPr>
              <w:t>Khóa tuyển sinh / Năm nhập học</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16BE3F40" w14:textId="77777777" w:rsidR="00FC65BF" w:rsidRDefault="00000000">
            <w:pPr>
              <w:pBdr>
                <w:bottom w:val="single" w:sz="4" w:space="1" w:color="8C8C8C"/>
              </w:pBdr>
              <w:spacing w:after="20" w:line="240" w:lineRule="auto"/>
            </w:pPr>
            <w:r>
              <w:rPr>
                <w:sz w:val="24"/>
              </w:rPr>
              <w:t xml:space="preserve"> </w:t>
            </w:r>
          </w:p>
        </w:tc>
      </w:tr>
      <w:tr w:rsidR="00FC65BF" w14:paraId="3A7A6792" w14:textId="77777777" w:rsidTr="007305B9">
        <w:trPr>
          <w:jc w:val="center"/>
        </w:trPr>
        <w:tc>
          <w:tcPr>
            <w:tcW w:w="5043" w:type="dxa"/>
            <w:tcBorders>
              <w:top w:val="single" w:sz="4" w:space="0" w:color="B7B7B7"/>
              <w:left w:val="single" w:sz="4" w:space="0" w:color="B7B7B7"/>
              <w:right w:val="single" w:sz="4" w:space="0" w:color="B7B7B7"/>
            </w:tcBorders>
            <w:tcMar>
              <w:top w:w="55" w:type="dxa"/>
              <w:left w:w="90" w:type="dxa"/>
              <w:bottom w:w="55" w:type="dxa"/>
              <w:right w:w="90" w:type="dxa"/>
            </w:tcMar>
            <w:vAlign w:val="center"/>
          </w:tcPr>
          <w:p w14:paraId="7CC08693" w14:textId="77777777" w:rsidR="00FC65BF" w:rsidRDefault="00000000">
            <w:pPr>
              <w:spacing w:after="0" w:line="240" w:lineRule="auto"/>
            </w:pPr>
            <w:r>
              <w:rPr>
                <w:b/>
                <w:sz w:val="24"/>
              </w:rPr>
              <w:t>Người hướng dẫn hiện tại</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00F7B8D5" w14:textId="73BF5CE5" w:rsidR="00FC65BF" w:rsidRDefault="007305B9">
            <w:pPr>
              <w:pBdr>
                <w:bottom w:val="single" w:sz="4" w:space="1" w:color="8C8C8C"/>
              </w:pBdr>
              <w:spacing w:after="20" w:line="240" w:lineRule="auto"/>
            </w:pPr>
            <w:r>
              <w:rPr>
                <w:sz w:val="24"/>
              </w:rPr>
              <w:t>1.</w:t>
            </w:r>
          </w:p>
        </w:tc>
      </w:tr>
      <w:tr w:rsidR="007305B9" w14:paraId="2DFB5A0D" w14:textId="77777777" w:rsidTr="007305B9">
        <w:trPr>
          <w:jc w:val="center"/>
        </w:trPr>
        <w:tc>
          <w:tcPr>
            <w:tcW w:w="5043" w:type="dxa"/>
            <w:tcBorders>
              <w:left w:val="single" w:sz="4" w:space="0" w:color="B7B7B7"/>
              <w:bottom w:val="single" w:sz="4" w:space="0" w:color="B7B7B7"/>
              <w:right w:val="single" w:sz="4" w:space="0" w:color="B7B7B7"/>
            </w:tcBorders>
            <w:tcMar>
              <w:top w:w="55" w:type="dxa"/>
              <w:left w:w="90" w:type="dxa"/>
              <w:bottom w:w="55" w:type="dxa"/>
              <w:right w:w="90" w:type="dxa"/>
            </w:tcMar>
            <w:vAlign w:val="center"/>
          </w:tcPr>
          <w:p w14:paraId="0056FBE4" w14:textId="77777777" w:rsidR="007305B9" w:rsidRDefault="007305B9">
            <w:pPr>
              <w:spacing w:after="0" w:line="240" w:lineRule="auto"/>
              <w:rPr>
                <w:b/>
                <w:sz w:val="24"/>
              </w:rPr>
            </w:pP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2409FB53" w14:textId="012140CB" w:rsidR="007305B9" w:rsidRDefault="007305B9">
            <w:pPr>
              <w:pBdr>
                <w:bottom w:val="single" w:sz="4" w:space="1" w:color="8C8C8C"/>
              </w:pBdr>
              <w:spacing w:after="20" w:line="240" w:lineRule="auto"/>
              <w:rPr>
                <w:sz w:val="24"/>
              </w:rPr>
            </w:pPr>
            <w:r>
              <w:rPr>
                <w:sz w:val="24"/>
              </w:rPr>
              <w:t>2.</w:t>
            </w:r>
          </w:p>
        </w:tc>
      </w:tr>
      <w:tr w:rsidR="00FC65BF" w14:paraId="42D588BA"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04E41B9E" w14:textId="77777777" w:rsidR="00FC65BF" w:rsidRDefault="00000000">
            <w:pPr>
              <w:spacing w:after="0" w:line="240" w:lineRule="auto"/>
            </w:pPr>
            <w:r>
              <w:rPr>
                <w:b/>
                <w:sz w:val="24"/>
              </w:rPr>
              <w:t>Tên đề tài/hướng nghiên cứu hiện tại</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3E043798" w14:textId="77777777" w:rsidR="00FC65BF" w:rsidRDefault="00000000">
            <w:pPr>
              <w:pBdr>
                <w:bottom w:val="single" w:sz="4" w:space="1" w:color="8C8C8C"/>
              </w:pBdr>
              <w:spacing w:after="20" w:line="240" w:lineRule="auto"/>
            </w:pPr>
            <w:r>
              <w:rPr>
                <w:sz w:val="24"/>
              </w:rPr>
              <w:t xml:space="preserve"> </w:t>
            </w:r>
          </w:p>
        </w:tc>
      </w:tr>
      <w:tr w:rsidR="00FC65BF" w14:paraId="07B92B95" w14:textId="77777777">
        <w:trPr>
          <w:jc w:val="center"/>
        </w:trPr>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14EB1E7D" w14:textId="77777777" w:rsidR="00FC65BF" w:rsidRDefault="00000000">
            <w:pPr>
              <w:spacing w:after="0" w:line="240" w:lineRule="auto"/>
            </w:pPr>
            <w:r>
              <w:rPr>
                <w:b/>
                <w:sz w:val="24"/>
              </w:rPr>
              <w:t>Tiến độ thực hiện chương trình</w:t>
            </w:r>
          </w:p>
        </w:tc>
        <w:tc>
          <w:tcPr>
            <w:tcW w:w="5043"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vAlign w:val="center"/>
          </w:tcPr>
          <w:p w14:paraId="1AFD6FDD" w14:textId="77777777" w:rsidR="00FC65BF" w:rsidRDefault="00000000">
            <w:pPr>
              <w:pBdr>
                <w:bottom w:val="single" w:sz="4" w:space="1" w:color="8C8C8C"/>
              </w:pBdr>
              <w:spacing w:after="20" w:line="240" w:lineRule="auto"/>
            </w:pPr>
            <w:r>
              <w:rPr>
                <w:sz w:val="24"/>
              </w:rPr>
              <w:t xml:space="preserve"> </w:t>
            </w:r>
          </w:p>
        </w:tc>
      </w:tr>
    </w:tbl>
    <w:p w14:paraId="0EA8FCCF" w14:textId="77777777" w:rsidR="0016016F" w:rsidRPr="0016016F" w:rsidRDefault="0016016F" w:rsidP="008B28FD">
      <w:pPr>
        <w:rPr>
          <w:b/>
          <w:sz w:val="2"/>
          <w:szCs w:val="2"/>
        </w:rPr>
      </w:pPr>
    </w:p>
    <w:p w14:paraId="05DB0509" w14:textId="1197FBF1" w:rsidR="00FC65BF" w:rsidRDefault="00000000" w:rsidP="008B28FD">
      <w:r>
        <w:rPr>
          <w:b/>
        </w:rPr>
        <w:t>III. ĐỊNH HƯỚNG NGHIÊN CỨU VÀ MỨC ĐỘ PHÙ HỢP VỚI CHƯƠNG TRÌNH</w:t>
      </w:r>
    </w:p>
    <w:p w14:paraId="3E5CCDDC" w14:textId="77777777" w:rsidR="00FC65BF" w:rsidRDefault="00000000">
      <w:pPr>
        <w:spacing w:after="20" w:line="240" w:lineRule="auto"/>
      </w:pPr>
      <w:r>
        <w:rPr>
          <w:b/>
          <w:sz w:val="24"/>
        </w:rPr>
        <w:t>1. Chủ đề/định hướng nghiên cứu dự kiến khi tham gia Cotutelle PhD:</w:t>
      </w:r>
    </w:p>
    <w:p w14:paraId="0952557B" w14:textId="77777777" w:rsidR="00FC65BF" w:rsidRDefault="00000000">
      <w:pPr>
        <w:pBdr>
          <w:bottom w:val="single" w:sz="4" w:space="1" w:color="8C8C8C"/>
        </w:pBdr>
        <w:spacing w:after="20" w:line="240" w:lineRule="exact"/>
      </w:pPr>
      <w:r>
        <w:rPr>
          <w:sz w:val="24"/>
        </w:rPr>
        <w:t xml:space="preserve"> </w:t>
      </w:r>
    </w:p>
    <w:p w14:paraId="36A5FA05" w14:textId="77777777" w:rsidR="00FC65BF" w:rsidRDefault="00000000">
      <w:pPr>
        <w:pBdr>
          <w:bottom w:val="single" w:sz="4" w:space="1" w:color="8C8C8C"/>
        </w:pBdr>
        <w:spacing w:after="20" w:line="240" w:lineRule="exact"/>
      </w:pPr>
      <w:r>
        <w:rPr>
          <w:sz w:val="24"/>
        </w:rPr>
        <w:t xml:space="preserve"> </w:t>
      </w:r>
    </w:p>
    <w:p w14:paraId="18755D59" w14:textId="77777777" w:rsidR="00FC65BF" w:rsidRDefault="00000000">
      <w:pPr>
        <w:spacing w:after="20" w:line="240" w:lineRule="auto"/>
      </w:pPr>
      <w:r>
        <w:rPr>
          <w:b/>
          <w:sz w:val="24"/>
        </w:rPr>
        <w:t>2. Câu hỏi nghiên cứu hoặc vấn đề nghiên cứu chính:</w:t>
      </w:r>
    </w:p>
    <w:p w14:paraId="698AD667" w14:textId="77777777" w:rsidR="00FC65BF" w:rsidRDefault="00000000">
      <w:pPr>
        <w:pBdr>
          <w:bottom w:val="single" w:sz="4" w:space="1" w:color="8C8C8C"/>
        </w:pBdr>
        <w:spacing w:after="20" w:line="240" w:lineRule="exact"/>
      </w:pPr>
      <w:r>
        <w:rPr>
          <w:sz w:val="24"/>
        </w:rPr>
        <w:t xml:space="preserve"> </w:t>
      </w:r>
    </w:p>
    <w:p w14:paraId="0E501AAB" w14:textId="77777777" w:rsidR="00FC65BF" w:rsidRDefault="00000000">
      <w:pPr>
        <w:pBdr>
          <w:bottom w:val="single" w:sz="4" w:space="1" w:color="8C8C8C"/>
        </w:pBdr>
        <w:spacing w:after="20" w:line="240" w:lineRule="exact"/>
      </w:pPr>
      <w:r>
        <w:rPr>
          <w:sz w:val="24"/>
        </w:rPr>
        <w:t xml:space="preserve"> </w:t>
      </w:r>
    </w:p>
    <w:p w14:paraId="321BBF27" w14:textId="77777777" w:rsidR="00FC65BF" w:rsidRDefault="00000000">
      <w:pPr>
        <w:spacing w:after="20" w:line="240" w:lineRule="auto"/>
      </w:pPr>
      <w:r>
        <w:rPr>
          <w:b/>
          <w:sz w:val="24"/>
        </w:rPr>
        <w:t>3. Lý do đề tài phù hợp với mô hình đồng hướng dẫn giữa hai trường:</w:t>
      </w:r>
    </w:p>
    <w:p w14:paraId="6D811B60" w14:textId="77777777" w:rsidR="00FC65BF" w:rsidRDefault="00000000">
      <w:pPr>
        <w:pBdr>
          <w:bottom w:val="single" w:sz="4" w:space="1" w:color="8C8C8C"/>
        </w:pBdr>
        <w:spacing w:after="20" w:line="240" w:lineRule="exact"/>
      </w:pPr>
      <w:r>
        <w:rPr>
          <w:sz w:val="24"/>
        </w:rPr>
        <w:t xml:space="preserve"> </w:t>
      </w:r>
    </w:p>
    <w:p w14:paraId="0D041469" w14:textId="77777777" w:rsidR="00FC65BF" w:rsidRDefault="00000000">
      <w:pPr>
        <w:pBdr>
          <w:bottom w:val="single" w:sz="4" w:space="1" w:color="8C8C8C"/>
        </w:pBdr>
        <w:spacing w:after="20" w:line="240" w:lineRule="exact"/>
      </w:pPr>
      <w:r>
        <w:rPr>
          <w:sz w:val="24"/>
        </w:rPr>
        <w:t xml:space="preserve"> </w:t>
      </w:r>
    </w:p>
    <w:p w14:paraId="04F19A0E" w14:textId="77777777" w:rsidR="0031746B" w:rsidRDefault="0031746B">
      <w:pPr>
        <w:spacing w:before="100" w:after="60" w:line="240" w:lineRule="auto"/>
        <w:rPr>
          <w:b/>
        </w:rPr>
      </w:pPr>
    </w:p>
    <w:p w14:paraId="47E68F38" w14:textId="77777777" w:rsidR="0031746B" w:rsidRDefault="0031746B">
      <w:pPr>
        <w:spacing w:before="100" w:after="60" w:line="240" w:lineRule="auto"/>
        <w:rPr>
          <w:b/>
        </w:rPr>
      </w:pPr>
    </w:p>
    <w:p w14:paraId="708FAE39" w14:textId="43AFBCB0" w:rsidR="00FC65BF" w:rsidRDefault="00000000">
      <w:pPr>
        <w:spacing w:before="100" w:after="60" w:line="240" w:lineRule="auto"/>
      </w:pPr>
      <w:r>
        <w:rPr>
          <w:b/>
        </w:rPr>
        <w:lastRenderedPageBreak/>
        <w:t>IV. NĂNG LỰC NGOẠI NGỮ</w:t>
      </w:r>
    </w:p>
    <w:p w14:paraId="531BB5BF" w14:textId="77777777" w:rsidR="00FC65BF" w:rsidRDefault="00000000" w:rsidP="006C34F6">
      <w:pPr>
        <w:spacing w:after="40" w:line="252" w:lineRule="auto"/>
        <w:jc w:val="both"/>
      </w:pPr>
      <w:r>
        <w:rPr>
          <w:i/>
          <w:sz w:val="21"/>
        </w:rPr>
        <w:t>Ứng viên cần có minh chứng năng lực ngoại ngữ tối thiểu tương đương B2 theo CEFR theo danh mục được University of Lodz chấp nhận. Đối với tiếng Anh, một số mức tham chiếu gồm IELTS trên 6.0, TOEFL iBT từ 87 điểm hoặc TOEIC từ 700 điểm.</w:t>
      </w:r>
    </w:p>
    <w:tbl>
      <w:tblPr>
        <w:tblW w:w="0" w:type="auto"/>
        <w:jc w:val="center"/>
        <w:tblLayout w:type="fixed"/>
        <w:tblLook w:val="04A0" w:firstRow="1" w:lastRow="0" w:firstColumn="1" w:lastColumn="0" w:noHBand="0" w:noVBand="1"/>
      </w:tblPr>
      <w:tblGrid>
        <w:gridCol w:w="2521"/>
        <w:gridCol w:w="2521"/>
        <w:gridCol w:w="2521"/>
        <w:gridCol w:w="2521"/>
      </w:tblGrid>
      <w:tr w:rsidR="00FC65BF" w14:paraId="60D36664" w14:textId="77777777">
        <w:trPr>
          <w:jc w:val="center"/>
        </w:trPr>
        <w:tc>
          <w:tcPr>
            <w:tcW w:w="2521" w:type="dxa"/>
            <w:tcBorders>
              <w:top w:val="single" w:sz="4" w:space="0" w:color="777777"/>
              <w:left w:val="single" w:sz="4" w:space="0" w:color="777777"/>
              <w:bottom w:val="single" w:sz="4" w:space="0" w:color="777777"/>
              <w:right w:val="single" w:sz="4" w:space="0" w:color="777777"/>
            </w:tcBorders>
            <w:shd w:val="clear" w:color="auto" w:fill="EDEDED"/>
            <w:tcMar>
              <w:top w:w="50" w:type="dxa"/>
              <w:left w:w="55" w:type="dxa"/>
              <w:bottom w:w="50" w:type="dxa"/>
              <w:right w:w="55" w:type="dxa"/>
            </w:tcMar>
          </w:tcPr>
          <w:p w14:paraId="69182FBC" w14:textId="77777777" w:rsidR="00FC65BF" w:rsidRDefault="00000000">
            <w:pPr>
              <w:spacing w:after="0" w:line="240" w:lineRule="auto"/>
              <w:jc w:val="center"/>
            </w:pPr>
            <w:r>
              <w:rPr>
                <w:b/>
                <w:sz w:val="21"/>
              </w:rPr>
              <w:t>Chứng chỉ/Minh chứng</w:t>
            </w:r>
          </w:p>
        </w:tc>
        <w:tc>
          <w:tcPr>
            <w:tcW w:w="2521" w:type="dxa"/>
            <w:tcBorders>
              <w:top w:val="single" w:sz="4" w:space="0" w:color="777777"/>
              <w:left w:val="single" w:sz="4" w:space="0" w:color="777777"/>
              <w:bottom w:val="single" w:sz="4" w:space="0" w:color="777777"/>
              <w:right w:val="single" w:sz="4" w:space="0" w:color="777777"/>
            </w:tcBorders>
            <w:shd w:val="clear" w:color="auto" w:fill="EDEDED"/>
            <w:tcMar>
              <w:top w:w="50" w:type="dxa"/>
              <w:left w:w="55" w:type="dxa"/>
              <w:bottom w:w="50" w:type="dxa"/>
              <w:right w:w="55" w:type="dxa"/>
            </w:tcMar>
          </w:tcPr>
          <w:p w14:paraId="5FEC26D9" w14:textId="77777777" w:rsidR="00FC65BF" w:rsidRDefault="00000000">
            <w:pPr>
              <w:spacing w:after="0" w:line="240" w:lineRule="auto"/>
              <w:jc w:val="center"/>
            </w:pPr>
            <w:r>
              <w:rPr>
                <w:b/>
                <w:sz w:val="21"/>
              </w:rPr>
              <w:t>Điểm/Trình độ</w:t>
            </w:r>
          </w:p>
        </w:tc>
        <w:tc>
          <w:tcPr>
            <w:tcW w:w="2521" w:type="dxa"/>
            <w:tcBorders>
              <w:top w:val="single" w:sz="4" w:space="0" w:color="777777"/>
              <w:left w:val="single" w:sz="4" w:space="0" w:color="777777"/>
              <w:bottom w:val="single" w:sz="4" w:space="0" w:color="777777"/>
              <w:right w:val="single" w:sz="4" w:space="0" w:color="777777"/>
            </w:tcBorders>
            <w:shd w:val="clear" w:color="auto" w:fill="EDEDED"/>
            <w:tcMar>
              <w:top w:w="50" w:type="dxa"/>
              <w:left w:w="55" w:type="dxa"/>
              <w:bottom w:w="50" w:type="dxa"/>
              <w:right w:w="55" w:type="dxa"/>
            </w:tcMar>
          </w:tcPr>
          <w:p w14:paraId="019B2DB9" w14:textId="77777777" w:rsidR="00FC65BF" w:rsidRDefault="00000000">
            <w:pPr>
              <w:spacing w:after="0" w:line="240" w:lineRule="auto"/>
              <w:jc w:val="center"/>
            </w:pPr>
            <w:r>
              <w:rPr>
                <w:b/>
                <w:sz w:val="21"/>
              </w:rPr>
              <w:t>Ngày cấp</w:t>
            </w:r>
          </w:p>
        </w:tc>
        <w:tc>
          <w:tcPr>
            <w:tcW w:w="2521" w:type="dxa"/>
            <w:tcBorders>
              <w:top w:val="single" w:sz="4" w:space="0" w:color="777777"/>
              <w:left w:val="single" w:sz="4" w:space="0" w:color="777777"/>
              <w:bottom w:val="single" w:sz="4" w:space="0" w:color="777777"/>
              <w:right w:val="single" w:sz="4" w:space="0" w:color="777777"/>
            </w:tcBorders>
            <w:shd w:val="clear" w:color="auto" w:fill="EDEDED"/>
            <w:tcMar>
              <w:top w:w="50" w:type="dxa"/>
              <w:left w:w="55" w:type="dxa"/>
              <w:bottom w:w="50" w:type="dxa"/>
              <w:right w:w="55" w:type="dxa"/>
            </w:tcMar>
          </w:tcPr>
          <w:p w14:paraId="3935D259" w14:textId="77777777" w:rsidR="00FC65BF" w:rsidRDefault="00000000">
            <w:pPr>
              <w:spacing w:after="0" w:line="240" w:lineRule="auto"/>
              <w:jc w:val="center"/>
            </w:pPr>
            <w:r>
              <w:rPr>
                <w:b/>
                <w:sz w:val="21"/>
              </w:rPr>
              <w:t>Thời hạn (nếu có)</w:t>
            </w:r>
          </w:p>
        </w:tc>
      </w:tr>
      <w:tr w:rsidR="00FC65BF" w14:paraId="517017E5" w14:textId="77777777">
        <w:trPr>
          <w:jc w:val="center"/>
        </w:trPr>
        <w:tc>
          <w:tcPr>
            <w:tcW w:w="2521" w:type="dxa"/>
            <w:tcBorders>
              <w:top w:val="single" w:sz="4" w:space="0" w:color="B7B7B7"/>
              <w:left w:val="single" w:sz="4" w:space="0" w:color="B7B7B7"/>
              <w:bottom w:val="single" w:sz="4" w:space="0" w:color="B7B7B7"/>
              <w:right w:val="single" w:sz="4" w:space="0" w:color="B7B7B7"/>
            </w:tcBorders>
            <w:tcMar>
              <w:top w:w="90" w:type="dxa"/>
              <w:left w:w="55" w:type="dxa"/>
              <w:bottom w:w="90" w:type="dxa"/>
              <w:right w:w="55" w:type="dxa"/>
            </w:tcMar>
          </w:tcPr>
          <w:p w14:paraId="290BE944" w14:textId="77777777" w:rsidR="00FC65BF" w:rsidRDefault="00000000">
            <w:pPr>
              <w:spacing w:after="0" w:line="240" w:lineRule="auto"/>
            </w:pPr>
            <w:r>
              <w:rPr>
                <w:sz w:val="21"/>
              </w:rPr>
              <w:t xml:space="preserve"> </w:t>
            </w:r>
          </w:p>
        </w:tc>
        <w:tc>
          <w:tcPr>
            <w:tcW w:w="2521" w:type="dxa"/>
            <w:tcBorders>
              <w:top w:val="single" w:sz="4" w:space="0" w:color="B7B7B7"/>
              <w:left w:val="single" w:sz="4" w:space="0" w:color="B7B7B7"/>
              <w:bottom w:val="single" w:sz="4" w:space="0" w:color="B7B7B7"/>
              <w:right w:val="single" w:sz="4" w:space="0" w:color="B7B7B7"/>
            </w:tcBorders>
            <w:tcMar>
              <w:top w:w="90" w:type="dxa"/>
              <w:left w:w="55" w:type="dxa"/>
              <w:bottom w:w="90" w:type="dxa"/>
              <w:right w:w="55" w:type="dxa"/>
            </w:tcMar>
          </w:tcPr>
          <w:p w14:paraId="49008E80" w14:textId="77777777" w:rsidR="00FC65BF" w:rsidRDefault="00000000">
            <w:pPr>
              <w:spacing w:after="0" w:line="240" w:lineRule="auto"/>
            </w:pPr>
            <w:r>
              <w:rPr>
                <w:sz w:val="21"/>
              </w:rPr>
              <w:t xml:space="preserve"> </w:t>
            </w:r>
          </w:p>
        </w:tc>
        <w:tc>
          <w:tcPr>
            <w:tcW w:w="2521" w:type="dxa"/>
            <w:tcBorders>
              <w:top w:val="single" w:sz="4" w:space="0" w:color="B7B7B7"/>
              <w:left w:val="single" w:sz="4" w:space="0" w:color="B7B7B7"/>
              <w:bottom w:val="single" w:sz="4" w:space="0" w:color="B7B7B7"/>
              <w:right w:val="single" w:sz="4" w:space="0" w:color="B7B7B7"/>
            </w:tcBorders>
            <w:tcMar>
              <w:top w:w="90" w:type="dxa"/>
              <w:left w:w="55" w:type="dxa"/>
              <w:bottom w:w="90" w:type="dxa"/>
              <w:right w:w="55" w:type="dxa"/>
            </w:tcMar>
          </w:tcPr>
          <w:p w14:paraId="35679234" w14:textId="77777777" w:rsidR="00FC65BF" w:rsidRDefault="00000000">
            <w:pPr>
              <w:spacing w:after="0" w:line="240" w:lineRule="auto"/>
            </w:pPr>
            <w:r>
              <w:rPr>
                <w:sz w:val="21"/>
              </w:rPr>
              <w:t xml:space="preserve"> </w:t>
            </w:r>
          </w:p>
        </w:tc>
        <w:tc>
          <w:tcPr>
            <w:tcW w:w="2521" w:type="dxa"/>
            <w:tcBorders>
              <w:top w:val="single" w:sz="4" w:space="0" w:color="B7B7B7"/>
              <w:left w:val="single" w:sz="4" w:space="0" w:color="B7B7B7"/>
              <w:bottom w:val="single" w:sz="4" w:space="0" w:color="B7B7B7"/>
              <w:right w:val="single" w:sz="4" w:space="0" w:color="B7B7B7"/>
            </w:tcBorders>
            <w:tcMar>
              <w:top w:w="90" w:type="dxa"/>
              <w:left w:w="55" w:type="dxa"/>
              <w:bottom w:w="90" w:type="dxa"/>
              <w:right w:w="55" w:type="dxa"/>
            </w:tcMar>
          </w:tcPr>
          <w:p w14:paraId="6160963A" w14:textId="77777777" w:rsidR="00FC65BF" w:rsidRDefault="00000000">
            <w:pPr>
              <w:spacing w:after="0" w:line="240" w:lineRule="auto"/>
            </w:pPr>
            <w:r>
              <w:rPr>
                <w:sz w:val="21"/>
              </w:rPr>
              <w:t xml:space="preserve"> </w:t>
            </w:r>
          </w:p>
        </w:tc>
      </w:tr>
    </w:tbl>
    <w:p w14:paraId="54518A73" w14:textId="77777777" w:rsidR="00FC65BF" w:rsidRDefault="00000000">
      <w:pPr>
        <w:spacing w:before="100" w:after="60" w:line="240" w:lineRule="auto"/>
      </w:pPr>
      <w:r>
        <w:rPr>
          <w:b/>
        </w:rPr>
        <w:t>V. CÔNG BỐ KHOA HỌC VÀ KINH NGHIỆM NGHIÊN CỨU</w:t>
      </w:r>
    </w:p>
    <w:p w14:paraId="57394AF2" w14:textId="77777777" w:rsidR="00FC65BF" w:rsidRDefault="00000000">
      <w:pPr>
        <w:spacing w:after="20" w:line="240" w:lineRule="auto"/>
      </w:pPr>
      <w:r>
        <w:rPr>
          <w:sz w:val="24"/>
        </w:rPr>
        <w:t>Liệt kê các bài báo, hội thảo, đề tài nghiên cứu hoặc sản phẩm khoa học có liên quan (nếu có):</w:t>
      </w:r>
    </w:p>
    <w:p w14:paraId="4BFD18B4" w14:textId="77777777" w:rsidR="00FC65BF" w:rsidRDefault="00000000">
      <w:pPr>
        <w:pBdr>
          <w:bottom w:val="single" w:sz="4" w:space="1" w:color="8C8C8C"/>
        </w:pBdr>
        <w:spacing w:after="20" w:line="240" w:lineRule="exact"/>
      </w:pPr>
      <w:r>
        <w:rPr>
          <w:sz w:val="24"/>
        </w:rPr>
        <w:t xml:space="preserve"> </w:t>
      </w:r>
    </w:p>
    <w:p w14:paraId="47A995B8" w14:textId="77777777" w:rsidR="00FC65BF" w:rsidRDefault="00000000">
      <w:pPr>
        <w:pBdr>
          <w:bottom w:val="single" w:sz="4" w:space="1" w:color="8C8C8C"/>
        </w:pBdr>
        <w:spacing w:after="20" w:line="240" w:lineRule="exact"/>
      </w:pPr>
      <w:r>
        <w:rPr>
          <w:sz w:val="24"/>
        </w:rPr>
        <w:t xml:space="preserve"> </w:t>
      </w:r>
    </w:p>
    <w:p w14:paraId="4FE19600" w14:textId="77777777" w:rsidR="00FC65BF" w:rsidRDefault="00000000">
      <w:pPr>
        <w:pBdr>
          <w:bottom w:val="single" w:sz="4" w:space="1" w:color="8C8C8C"/>
        </w:pBdr>
        <w:spacing w:after="20" w:line="240" w:lineRule="exact"/>
      </w:pPr>
      <w:r>
        <w:rPr>
          <w:sz w:val="24"/>
        </w:rPr>
        <w:t xml:space="preserve"> </w:t>
      </w:r>
    </w:p>
    <w:p w14:paraId="1C4455E5" w14:textId="77777777" w:rsidR="00FC65BF" w:rsidRDefault="00000000">
      <w:pPr>
        <w:spacing w:before="100" w:after="60" w:line="240" w:lineRule="auto"/>
      </w:pPr>
      <w:r>
        <w:rPr>
          <w:b/>
        </w:rPr>
        <w:t>VI. KHẢ NĂNG THAM GIA VÀ KẾ HOẠCH HỌC TẬP/NGHIÊN CỨU TẠI BA LAN</w:t>
      </w:r>
    </w:p>
    <w:p w14:paraId="049FE825" w14:textId="77777777" w:rsidR="00FC65BF" w:rsidRDefault="00000000">
      <w:pPr>
        <w:spacing w:after="20" w:line="240" w:lineRule="auto"/>
      </w:pPr>
      <w:r>
        <w:rPr>
          <w:b/>
          <w:sz w:val="24"/>
        </w:rPr>
        <w:t>1. Thời gian dự kiến có thể học tập/nghiên cứu tại University of Lodz:</w:t>
      </w:r>
    </w:p>
    <w:p w14:paraId="05997E87" w14:textId="77777777" w:rsidR="00FC65BF" w:rsidRDefault="00000000">
      <w:pPr>
        <w:pBdr>
          <w:bottom w:val="single" w:sz="4" w:space="1" w:color="8C8C8C"/>
        </w:pBdr>
        <w:spacing w:after="20" w:line="240" w:lineRule="exact"/>
      </w:pPr>
      <w:r>
        <w:rPr>
          <w:sz w:val="24"/>
        </w:rPr>
        <w:t xml:space="preserve"> </w:t>
      </w:r>
    </w:p>
    <w:p w14:paraId="6C97C586" w14:textId="77777777" w:rsidR="00FC65BF" w:rsidRDefault="00000000">
      <w:pPr>
        <w:spacing w:after="20" w:line="240" w:lineRule="auto"/>
      </w:pPr>
      <w:r>
        <w:rPr>
          <w:b/>
          <w:sz w:val="24"/>
        </w:rPr>
        <w:t>2. Các điều kiện hoặc vấn đề cần lưu ý liên quan đến kế hoạch di chuyển, công tác hoặc gia đình (nếu có):</w:t>
      </w:r>
    </w:p>
    <w:p w14:paraId="1581A6A2" w14:textId="77777777" w:rsidR="00FC65BF" w:rsidRDefault="00000000">
      <w:pPr>
        <w:pBdr>
          <w:bottom w:val="single" w:sz="4" w:space="1" w:color="8C8C8C"/>
        </w:pBdr>
        <w:spacing w:after="20" w:line="240" w:lineRule="exact"/>
      </w:pPr>
      <w:r>
        <w:rPr>
          <w:sz w:val="24"/>
        </w:rPr>
        <w:t xml:space="preserve"> </w:t>
      </w:r>
    </w:p>
    <w:p w14:paraId="29E25F8F" w14:textId="77777777" w:rsidR="00FC65BF" w:rsidRDefault="00000000">
      <w:pPr>
        <w:pBdr>
          <w:bottom w:val="single" w:sz="4" w:space="1" w:color="8C8C8C"/>
        </w:pBdr>
        <w:spacing w:after="20" w:line="240" w:lineRule="exact"/>
      </w:pPr>
      <w:r>
        <w:rPr>
          <w:sz w:val="24"/>
        </w:rPr>
        <w:t xml:space="preserve"> </w:t>
      </w:r>
    </w:p>
    <w:p w14:paraId="6BD594EE" w14:textId="7DA7797D" w:rsidR="00FC65BF" w:rsidRDefault="00000000" w:rsidP="00D91C4D">
      <w:r>
        <w:rPr>
          <w:b/>
        </w:rPr>
        <w:t>VII. ĐỘNG CƠ THAM GIA CHƯƠNG TRÌNH</w:t>
      </w:r>
    </w:p>
    <w:p w14:paraId="7BBF642C" w14:textId="77777777" w:rsidR="00FC65BF" w:rsidRDefault="00000000">
      <w:pPr>
        <w:spacing w:after="20" w:line="240" w:lineRule="auto"/>
      </w:pPr>
      <w:r>
        <w:rPr>
          <w:sz w:val="24"/>
        </w:rPr>
        <w:t>Trình bày ngắn gọn lý do đăng ký, mục tiêu học thuật/nghề nghiệp và kỳ vọng từ mô hình đồng hướng dẫn:</w:t>
      </w:r>
    </w:p>
    <w:p w14:paraId="7872D39B" w14:textId="77777777" w:rsidR="00FC65BF" w:rsidRDefault="00000000">
      <w:pPr>
        <w:pBdr>
          <w:bottom w:val="single" w:sz="4" w:space="1" w:color="8C8C8C"/>
        </w:pBdr>
        <w:spacing w:after="20" w:line="240" w:lineRule="exact"/>
      </w:pPr>
      <w:r>
        <w:rPr>
          <w:sz w:val="24"/>
        </w:rPr>
        <w:t xml:space="preserve"> </w:t>
      </w:r>
    </w:p>
    <w:p w14:paraId="44AD3AF3" w14:textId="16456F72" w:rsidR="00FC65BF" w:rsidRDefault="00000000">
      <w:pPr>
        <w:pBdr>
          <w:bottom w:val="single" w:sz="4" w:space="1" w:color="8C8C8C"/>
        </w:pBdr>
        <w:spacing w:after="20" w:line="240" w:lineRule="exact"/>
      </w:pPr>
      <w:r>
        <w:rPr>
          <w:sz w:val="24"/>
        </w:rPr>
        <w:t xml:space="preserve">  </w:t>
      </w:r>
    </w:p>
    <w:p w14:paraId="2ABBB0CF" w14:textId="0EF1B9B8" w:rsidR="00CC7015" w:rsidRDefault="00CC7015" w:rsidP="00CC7015">
      <w:pPr>
        <w:spacing w:before="100" w:after="60" w:line="240" w:lineRule="auto"/>
      </w:pPr>
      <w:r>
        <w:rPr>
          <w:b/>
        </w:rPr>
        <w:t>VIII. HỒ SƠ GỬI KÈM</w:t>
      </w:r>
    </w:p>
    <w:p w14:paraId="7D7ACC7D" w14:textId="77777777" w:rsidR="00CC7015" w:rsidRPr="002A1B06" w:rsidRDefault="00000000" w:rsidP="00CC7015">
      <w:pPr>
        <w:spacing w:after="0" w:line="240" w:lineRule="auto"/>
        <w:rPr>
          <w:sz w:val="22"/>
        </w:rPr>
      </w:pPr>
      <w:sdt>
        <w:sdtPr>
          <w:rPr>
            <w:sz w:val="22"/>
          </w:rPr>
          <w:id w:val="-1726673003"/>
          <w14:checkbox>
            <w14:checked w14:val="0"/>
            <w14:checkedState w14:val="2612" w14:font="MS Gothic"/>
            <w14:uncheckedState w14:val="2610" w14:font="MS Gothic"/>
          </w14:checkbox>
        </w:sdtPr>
        <w:sdtContent>
          <w:r w:rsidR="00CC7015">
            <w:rPr>
              <w:rFonts w:ascii="MS Gothic" w:eastAsia="MS Gothic" w:hAnsi="MS Gothic" w:hint="eastAsia"/>
              <w:sz w:val="22"/>
            </w:rPr>
            <w:t>☐</w:t>
          </w:r>
        </w:sdtContent>
      </w:sdt>
      <w:r w:rsidR="00CC7015" w:rsidRPr="002A1B06">
        <w:rPr>
          <w:sz w:val="22"/>
        </w:rPr>
        <w:t>Tóm tắt ngắn gọn định hướng nghiên cứu dự kiến (Mẫu 2);</w:t>
      </w:r>
    </w:p>
    <w:p w14:paraId="0B376D72" w14:textId="77777777" w:rsidR="00CC7015" w:rsidRPr="002A1B06" w:rsidRDefault="00000000" w:rsidP="00CC7015">
      <w:pPr>
        <w:spacing w:after="0" w:line="240" w:lineRule="auto"/>
        <w:rPr>
          <w:sz w:val="22"/>
        </w:rPr>
      </w:pPr>
      <w:sdt>
        <w:sdtPr>
          <w:rPr>
            <w:sz w:val="22"/>
          </w:rPr>
          <w:id w:val="1551270803"/>
          <w14:checkbox>
            <w14:checked w14:val="0"/>
            <w14:checkedState w14:val="2612" w14:font="MS Gothic"/>
            <w14:uncheckedState w14:val="2610" w14:font="MS Gothic"/>
          </w14:checkbox>
        </w:sdtPr>
        <w:sdtContent>
          <w:r w:rsidR="00CC7015">
            <w:rPr>
              <w:rFonts w:ascii="MS Gothic" w:eastAsia="MS Gothic" w:hAnsi="MS Gothic" w:hint="eastAsia"/>
              <w:sz w:val="22"/>
            </w:rPr>
            <w:t>☐</w:t>
          </w:r>
        </w:sdtContent>
      </w:sdt>
      <w:r w:rsidR="00CC7015" w:rsidRPr="002A1B06">
        <w:rPr>
          <w:sz w:val="22"/>
        </w:rPr>
        <w:t>Minh chứng trình độ ngoại ngữ;</w:t>
      </w:r>
    </w:p>
    <w:p w14:paraId="686E6FF9" w14:textId="11CA9A3A" w:rsidR="00CC7015" w:rsidRPr="002A1B06" w:rsidRDefault="00000000" w:rsidP="00CC7015">
      <w:pPr>
        <w:spacing w:after="0" w:line="240" w:lineRule="auto"/>
        <w:rPr>
          <w:sz w:val="22"/>
        </w:rPr>
      </w:pPr>
      <w:sdt>
        <w:sdtPr>
          <w:rPr>
            <w:sz w:val="22"/>
          </w:rPr>
          <w:id w:val="1873186045"/>
          <w14:checkbox>
            <w14:checked w14:val="0"/>
            <w14:checkedState w14:val="2612" w14:font="MS Gothic"/>
            <w14:uncheckedState w14:val="2610" w14:font="MS Gothic"/>
          </w14:checkbox>
        </w:sdtPr>
        <w:sdtContent>
          <w:r w:rsidR="00CC7015">
            <w:rPr>
              <w:rFonts w:ascii="MS Gothic" w:eastAsia="MS Gothic" w:hAnsi="MS Gothic" w:hint="eastAsia"/>
              <w:sz w:val="22"/>
            </w:rPr>
            <w:t>☐</w:t>
          </w:r>
        </w:sdtContent>
      </w:sdt>
      <w:r w:rsidR="00CC7015" w:rsidRPr="002A1B06">
        <w:rPr>
          <w:sz w:val="22"/>
        </w:rPr>
        <w:t xml:space="preserve">Danh mục công bố khoa học (nếu có) (Mẫu </w:t>
      </w:r>
      <w:r w:rsidR="00F56ABA">
        <w:rPr>
          <w:sz w:val="22"/>
        </w:rPr>
        <w:t>3</w:t>
      </w:r>
      <w:r w:rsidR="00CC7015" w:rsidRPr="002A1B06">
        <w:rPr>
          <w:sz w:val="22"/>
        </w:rPr>
        <w:t>);</w:t>
      </w:r>
    </w:p>
    <w:p w14:paraId="6FCAA12F" w14:textId="77777777" w:rsidR="00CC7015" w:rsidRPr="002A1B06" w:rsidRDefault="00000000" w:rsidP="00CC7015">
      <w:pPr>
        <w:spacing w:after="0" w:line="240" w:lineRule="auto"/>
        <w:rPr>
          <w:sz w:val="22"/>
        </w:rPr>
      </w:pPr>
      <w:sdt>
        <w:sdtPr>
          <w:rPr>
            <w:sz w:val="22"/>
          </w:rPr>
          <w:id w:val="-1583213467"/>
          <w14:checkbox>
            <w14:checked w14:val="0"/>
            <w14:checkedState w14:val="2612" w14:font="MS Gothic"/>
            <w14:uncheckedState w14:val="2610" w14:font="MS Gothic"/>
          </w14:checkbox>
        </w:sdtPr>
        <w:sdtContent>
          <w:r w:rsidR="00CC7015">
            <w:rPr>
              <w:rFonts w:ascii="MS Gothic" w:eastAsia="MS Gothic" w:hAnsi="MS Gothic" w:hint="eastAsia"/>
              <w:sz w:val="22"/>
            </w:rPr>
            <w:t>☐</w:t>
          </w:r>
        </w:sdtContent>
      </w:sdt>
      <w:r w:rsidR="00CC7015" w:rsidRPr="002A1B06">
        <w:rPr>
          <w:sz w:val="22"/>
        </w:rPr>
        <w:t>Lý lịch khoa học (Mẫu 5);</w:t>
      </w:r>
    </w:p>
    <w:p w14:paraId="4B968055" w14:textId="77777777" w:rsidR="00CC7015" w:rsidRDefault="00000000" w:rsidP="00CC7015">
      <w:pPr>
        <w:spacing w:after="0" w:line="240" w:lineRule="auto"/>
      </w:pPr>
      <w:sdt>
        <w:sdtPr>
          <w:rPr>
            <w:sz w:val="22"/>
          </w:rPr>
          <w:id w:val="-1001739886"/>
          <w14:checkbox>
            <w14:checked w14:val="0"/>
            <w14:checkedState w14:val="2612" w14:font="MS Gothic"/>
            <w14:uncheckedState w14:val="2610" w14:font="MS Gothic"/>
          </w14:checkbox>
        </w:sdtPr>
        <w:sdtContent>
          <w:r w:rsidR="00CC7015">
            <w:rPr>
              <w:rFonts w:ascii="MS Gothic" w:eastAsia="MS Gothic" w:hAnsi="MS Gothic" w:hint="eastAsia"/>
              <w:sz w:val="22"/>
            </w:rPr>
            <w:t>☐</w:t>
          </w:r>
        </w:sdtContent>
      </w:sdt>
      <w:r w:rsidR="00CC7015" w:rsidRPr="002A1B06">
        <w:rPr>
          <w:sz w:val="22"/>
        </w:rPr>
        <w:t>Thư trình bày ngắn gọn về động cơ và mong muốn tham gia chương trình Cotutelle PhD (Mẫu 6).</w:t>
      </w:r>
    </w:p>
    <w:p w14:paraId="67C62B3F" w14:textId="77777777" w:rsidR="00CC7015" w:rsidRDefault="00000000" w:rsidP="00CC7015">
      <w:pPr>
        <w:spacing w:after="0" w:line="240" w:lineRule="auto"/>
      </w:pPr>
      <w:sdt>
        <w:sdtPr>
          <w:rPr>
            <w:sz w:val="22"/>
          </w:rPr>
          <w:id w:val="1337806964"/>
          <w14:checkbox>
            <w14:checked w14:val="0"/>
            <w14:checkedState w14:val="2612" w14:font="MS Gothic"/>
            <w14:uncheckedState w14:val="2610" w14:font="MS Gothic"/>
          </w14:checkbox>
        </w:sdtPr>
        <w:sdtContent>
          <w:r w:rsidR="00CC7015">
            <w:rPr>
              <w:rFonts w:ascii="MS Gothic" w:eastAsia="MS Gothic" w:hAnsi="MS Gothic" w:hint="eastAsia"/>
              <w:sz w:val="22"/>
            </w:rPr>
            <w:t>☐</w:t>
          </w:r>
        </w:sdtContent>
      </w:sdt>
      <w:r w:rsidR="00CC7015">
        <w:rPr>
          <w:sz w:val="22"/>
        </w:rPr>
        <w:t>Các tài liệu khác (nếu có).</w:t>
      </w:r>
    </w:p>
    <w:p w14:paraId="44BB4BB4" w14:textId="2B2116A2" w:rsidR="00FC65BF" w:rsidRDefault="00000000">
      <w:pPr>
        <w:spacing w:before="100" w:after="60" w:line="240" w:lineRule="auto"/>
      </w:pPr>
      <w:r>
        <w:rPr>
          <w:b/>
        </w:rPr>
        <w:t>I</w:t>
      </w:r>
      <w:r w:rsidR="00CC7015">
        <w:rPr>
          <w:b/>
        </w:rPr>
        <w:t>X</w:t>
      </w:r>
      <w:r>
        <w:rPr>
          <w:b/>
        </w:rPr>
        <w:t>. CAM KẾT CỦA NGHIÊN CỨU SINH</w:t>
      </w:r>
    </w:p>
    <w:p w14:paraId="6054008C" w14:textId="77777777" w:rsidR="00FC65BF" w:rsidRDefault="00000000">
      <w:pPr>
        <w:spacing w:after="20" w:line="252" w:lineRule="auto"/>
        <w:ind w:left="227"/>
      </w:pPr>
      <w:r>
        <w:rPr>
          <w:sz w:val="23"/>
        </w:rPr>
        <w:t>1. Các thông tin và minh chứng cung cấp trong hồ sơ đăng ký là trung thực và chính xác.</w:t>
      </w:r>
    </w:p>
    <w:p w14:paraId="11A5D1A1" w14:textId="77777777" w:rsidR="00FC65BF" w:rsidRDefault="00000000">
      <w:pPr>
        <w:spacing w:after="20" w:line="252" w:lineRule="auto"/>
        <w:ind w:left="227"/>
      </w:pPr>
      <w:r>
        <w:rPr>
          <w:sz w:val="23"/>
        </w:rPr>
        <w:t>2. Nếu được lựa chọn, tôi sẽ tuân thủ các yêu cầu học thuật, tiến độ nghiên cứu và các quy định có liên quan của hai trường trong khuôn khổ thỏa thuận Cotutelle.</w:t>
      </w:r>
    </w:p>
    <w:p w14:paraId="2167CE01" w14:textId="77777777" w:rsidR="00FC65BF" w:rsidRDefault="00000000">
      <w:pPr>
        <w:spacing w:after="20" w:line="252" w:lineRule="auto"/>
        <w:ind w:left="227"/>
      </w:pPr>
      <w:r>
        <w:rPr>
          <w:sz w:val="23"/>
        </w:rPr>
        <w:t>3. Tôi đồng ý phối hợp với hai người hướng dẫn để xây dựng kế hoạch nghiên cứu và lịch học tập/nghiên cứu tại hai trường.</w:t>
      </w:r>
    </w:p>
    <w:p w14:paraId="2656BEE7" w14:textId="77777777" w:rsidR="00FC65BF" w:rsidRDefault="00000000">
      <w:pPr>
        <w:spacing w:after="20" w:line="252" w:lineRule="auto"/>
        <w:ind w:left="227"/>
      </w:pPr>
      <w:r>
        <w:rPr>
          <w:sz w:val="23"/>
        </w:rPr>
        <w:t>4. Tôi hiểu rằng việc nộp đơn đăng ký không đồng nghĩa với việc đương nhiên được chấp thuận tham gia chương trình; việc lựa chọn còn phụ thuộc vào đánh giá của Trường Đại học Kinh tế - Đại học Đà Nẵng, University of Lodz và sự phù hợp về chuyên môn của người hướng dẫn.</w:t>
      </w:r>
    </w:p>
    <w:tbl>
      <w:tblPr>
        <w:tblW w:w="0" w:type="auto"/>
        <w:jc w:val="center"/>
        <w:tblLayout w:type="fixed"/>
        <w:tblLook w:val="04A0" w:firstRow="1" w:lastRow="0" w:firstColumn="1" w:lastColumn="0" w:noHBand="0" w:noVBand="1"/>
      </w:tblPr>
      <w:tblGrid>
        <w:gridCol w:w="5043"/>
        <w:gridCol w:w="5043"/>
      </w:tblGrid>
      <w:tr w:rsidR="00FC65BF" w14:paraId="091EB8BD" w14:textId="77777777">
        <w:trPr>
          <w:jc w:val="center"/>
        </w:trPr>
        <w:tc>
          <w:tcPr>
            <w:tcW w:w="5043" w:type="dxa"/>
            <w:tcBorders>
              <w:top w:val="nil"/>
              <w:left w:val="nil"/>
              <w:bottom w:val="nil"/>
              <w:right w:val="nil"/>
            </w:tcBorders>
            <w:tcMar>
              <w:top w:w="0" w:type="dxa"/>
              <w:left w:w="0" w:type="dxa"/>
              <w:bottom w:w="0" w:type="dxa"/>
              <w:right w:w="0" w:type="dxa"/>
            </w:tcMar>
          </w:tcPr>
          <w:p w14:paraId="68E662C8" w14:textId="77777777" w:rsidR="00FC65BF" w:rsidRDefault="00FC65BF"/>
        </w:tc>
        <w:tc>
          <w:tcPr>
            <w:tcW w:w="5043" w:type="dxa"/>
            <w:tcBorders>
              <w:top w:val="nil"/>
              <w:left w:val="nil"/>
              <w:bottom w:val="nil"/>
              <w:right w:val="nil"/>
            </w:tcBorders>
            <w:tcMar>
              <w:top w:w="0" w:type="dxa"/>
              <w:left w:w="0" w:type="dxa"/>
              <w:bottom w:w="0" w:type="dxa"/>
              <w:right w:w="0" w:type="dxa"/>
            </w:tcMar>
          </w:tcPr>
          <w:p w14:paraId="69687BB4" w14:textId="77777777" w:rsidR="00FC65BF" w:rsidRPr="00557E7A" w:rsidRDefault="00000000">
            <w:pPr>
              <w:spacing w:after="0" w:line="240" w:lineRule="auto"/>
              <w:jc w:val="center"/>
              <w:rPr>
                <w:i/>
                <w:iCs/>
              </w:rPr>
            </w:pPr>
            <w:r w:rsidRPr="00557E7A">
              <w:rPr>
                <w:i/>
                <w:iCs/>
                <w:sz w:val="23"/>
              </w:rPr>
              <w:t>Đà Nẵng, ngày ..... tháng ..... năm 20.....</w:t>
            </w:r>
          </w:p>
          <w:p w14:paraId="685E9B8E" w14:textId="77777777" w:rsidR="00FC65BF" w:rsidRDefault="00000000">
            <w:pPr>
              <w:spacing w:after="0" w:line="240" w:lineRule="auto"/>
              <w:jc w:val="center"/>
            </w:pPr>
            <w:r>
              <w:rPr>
                <w:b/>
                <w:sz w:val="24"/>
              </w:rPr>
              <w:t>NGƯỜI ĐĂNG KÝ</w:t>
            </w:r>
          </w:p>
          <w:p w14:paraId="10827766" w14:textId="77777777" w:rsidR="00FC65BF" w:rsidRDefault="00000000">
            <w:pPr>
              <w:spacing w:after="0" w:line="240" w:lineRule="auto"/>
              <w:jc w:val="center"/>
            </w:pPr>
            <w:r>
              <w:rPr>
                <w:i/>
                <w:sz w:val="21"/>
              </w:rPr>
              <w:t>(Ký và ghi rõ họ tên)</w:t>
            </w:r>
          </w:p>
          <w:p w14:paraId="782B2B3D" w14:textId="77777777" w:rsidR="00FC65BF" w:rsidRDefault="00FC65BF"/>
          <w:p w14:paraId="2B26C34A" w14:textId="77777777" w:rsidR="00FC65BF" w:rsidRDefault="00FC65BF"/>
        </w:tc>
      </w:tr>
    </w:tbl>
    <w:p w14:paraId="7AA1EFBE" w14:textId="2CE751A2" w:rsidR="00FC65BF" w:rsidRDefault="00000000">
      <w:pPr>
        <w:spacing w:before="100" w:after="60" w:line="240" w:lineRule="auto"/>
      </w:pPr>
      <w:r>
        <w:rPr>
          <w:b/>
        </w:rPr>
        <w:lastRenderedPageBreak/>
        <w:t>X. Ý KIẾN CỦA NGƯỜI HƯỚNG DẪN HIỆN TẠI</w:t>
      </w:r>
      <w:r w:rsidR="00D91C4D">
        <w:rPr>
          <w:b/>
        </w:rPr>
        <w:t xml:space="preserve"> (NẾU CÓ)</w:t>
      </w:r>
    </w:p>
    <w:p w14:paraId="317737FF" w14:textId="77777777" w:rsidR="00FC65BF" w:rsidRDefault="00000000">
      <w:pPr>
        <w:pBdr>
          <w:bottom w:val="single" w:sz="4" w:space="1" w:color="8C8C8C"/>
        </w:pBdr>
        <w:spacing w:after="20" w:line="240" w:lineRule="exact"/>
      </w:pPr>
      <w:r>
        <w:rPr>
          <w:sz w:val="24"/>
        </w:rPr>
        <w:t xml:space="preserve"> </w:t>
      </w:r>
    </w:p>
    <w:p w14:paraId="45AC01BC" w14:textId="77777777" w:rsidR="00FC65BF" w:rsidRDefault="00000000">
      <w:pPr>
        <w:pBdr>
          <w:bottom w:val="single" w:sz="4" w:space="1" w:color="8C8C8C"/>
        </w:pBdr>
        <w:spacing w:after="20" w:line="240" w:lineRule="exact"/>
      </w:pPr>
      <w:r>
        <w:rPr>
          <w:sz w:val="24"/>
        </w:rPr>
        <w:t xml:space="preserve"> </w:t>
      </w:r>
    </w:p>
    <w:p w14:paraId="3F1E03C0" w14:textId="77777777" w:rsidR="009C5F8D" w:rsidRPr="00A33D9F" w:rsidRDefault="009C5F8D" w:rsidP="009C5F8D">
      <w:pPr>
        <w:spacing w:after="0" w:line="240" w:lineRule="auto"/>
        <w:ind w:left="5760"/>
        <w:jc w:val="center"/>
        <w:rPr>
          <w:i/>
          <w:iCs/>
        </w:rPr>
      </w:pPr>
      <w:r w:rsidRPr="00A33D9F">
        <w:rPr>
          <w:i/>
          <w:iCs/>
          <w:sz w:val="23"/>
        </w:rPr>
        <w:t>Đà Nẵng, ngày ..... tháng ..... năm 20.....</w:t>
      </w:r>
    </w:p>
    <w:p w14:paraId="7D82A25B" w14:textId="0E0437F8" w:rsidR="009C5F8D" w:rsidRDefault="009C5F8D" w:rsidP="009C5F8D">
      <w:pPr>
        <w:spacing w:after="0" w:line="240" w:lineRule="auto"/>
        <w:ind w:left="5760"/>
        <w:jc w:val="center"/>
      </w:pPr>
      <w:r>
        <w:rPr>
          <w:b/>
          <w:sz w:val="24"/>
        </w:rPr>
        <w:t>NGƯỜI HƯỚNG DẪN</w:t>
      </w:r>
    </w:p>
    <w:p w14:paraId="179B7373" w14:textId="77777777" w:rsidR="009C5F8D" w:rsidRDefault="009C5F8D" w:rsidP="009C5F8D">
      <w:pPr>
        <w:spacing w:after="0" w:line="240" w:lineRule="auto"/>
        <w:ind w:left="5760"/>
        <w:jc w:val="center"/>
      </w:pPr>
      <w:r>
        <w:rPr>
          <w:i/>
          <w:sz w:val="21"/>
        </w:rPr>
        <w:t>(Ký và ghi rõ họ tên)</w:t>
      </w:r>
    </w:p>
    <w:p w14:paraId="41A8B5F4" w14:textId="77777777" w:rsidR="009C5F8D" w:rsidRDefault="009C5F8D" w:rsidP="009C5F8D"/>
    <w:p w14:paraId="45AB723B" w14:textId="77777777" w:rsidR="00CC7015" w:rsidRDefault="00CC7015">
      <w:pPr>
        <w:spacing w:before="100" w:after="60" w:line="240" w:lineRule="auto"/>
        <w:rPr>
          <w:b/>
        </w:rPr>
      </w:pPr>
    </w:p>
    <w:sectPr w:rsidR="00CC7015" w:rsidSect="00034616">
      <w:footerReference w:type="default" r:id="rId8"/>
      <w:pgSz w:w="12240" w:h="15840"/>
      <w:pgMar w:top="822" w:right="1020" w:bottom="765" w:left="1134"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F1D6" w14:textId="77777777" w:rsidR="009C5CFD" w:rsidRDefault="009C5CFD">
      <w:pPr>
        <w:spacing w:after="0" w:line="240" w:lineRule="auto"/>
      </w:pPr>
      <w:r>
        <w:separator/>
      </w:r>
    </w:p>
  </w:endnote>
  <w:endnote w:type="continuationSeparator" w:id="0">
    <w:p w14:paraId="2C0FAC0B" w14:textId="77777777" w:rsidR="009C5CFD" w:rsidRDefault="009C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BF10" w14:textId="117C6873" w:rsidR="00FC65BF" w:rsidRDefault="00000000">
    <w:pPr>
      <w:pStyle w:val="Footer"/>
      <w:jc w:val="center"/>
    </w:pPr>
    <w:r>
      <w:rPr>
        <w:sz w:val="21"/>
      </w:rPr>
      <w:t xml:space="preserve">Trang </w:t>
    </w:r>
    <w:r>
      <w:rPr>
        <w:sz w:val="21"/>
      </w:rPr>
      <w:fldChar w:fldCharType="begin"/>
    </w:r>
    <w:r>
      <w:rPr>
        <w:sz w:val="21"/>
      </w:rPr>
      <w:instrText xml:space="preserve"> PAGE </w:instrText>
    </w:r>
    <w:r>
      <w:rPr>
        <w:sz w:val="21"/>
      </w:rPr>
      <w:fldChar w:fldCharType="separate"/>
    </w:r>
    <w:r w:rsidR="008A6E5A">
      <w:rPr>
        <w:noProof/>
        <w:sz w:val="21"/>
      </w:rPr>
      <w:t>1</w:t>
    </w:r>
    <w:r>
      <w:rPr>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B5254" w14:textId="77777777" w:rsidR="009C5CFD" w:rsidRDefault="009C5CFD">
      <w:pPr>
        <w:spacing w:after="0" w:line="240" w:lineRule="auto"/>
      </w:pPr>
      <w:r>
        <w:separator/>
      </w:r>
    </w:p>
  </w:footnote>
  <w:footnote w:type="continuationSeparator" w:id="0">
    <w:p w14:paraId="7071F491" w14:textId="77777777" w:rsidR="009C5CFD" w:rsidRDefault="009C5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9108271">
    <w:abstractNumId w:val="8"/>
  </w:num>
  <w:num w:numId="2" w16cid:durableId="597563558">
    <w:abstractNumId w:val="6"/>
  </w:num>
  <w:num w:numId="3" w16cid:durableId="2036999559">
    <w:abstractNumId w:val="5"/>
  </w:num>
  <w:num w:numId="4" w16cid:durableId="695693510">
    <w:abstractNumId w:val="4"/>
  </w:num>
  <w:num w:numId="5" w16cid:durableId="2056540237">
    <w:abstractNumId w:val="7"/>
  </w:num>
  <w:num w:numId="6" w16cid:durableId="1086804125">
    <w:abstractNumId w:val="3"/>
  </w:num>
  <w:num w:numId="7" w16cid:durableId="950432676">
    <w:abstractNumId w:val="2"/>
  </w:num>
  <w:num w:numId="8" w16cid:durableId="467550809">
    <w:abstractNumId w:val="1"/>
  </w:num>
  <w:num w:numId="9" w16cid:durableId="1893692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8A3"/>
    <w:rsid w:val="0006063C"/>
    <w:rsid w:val="0015074B"/>
    <w:rsid w:val="0016016F"/>
    <w:rsid w:val="0029639D"/>
    <w:rsid w:val="002A1B06"/>
    <w:rsid w:val="002F4782"/>
    <w:rsid w:val="0031746B"/>
    <w:rsid w:val="00326F90"/>
    <w:rsid w:val="00445840"/>
    <w:rsid w:val="00466AB0"/>
    <w:rsid w:val="004D4876"/>
    <w:rsid w:val="00557E7A"/>
    <w:rsid w:val="00582333"/>
    <w:rsid w:val="005F4D82"/>
    <w:rsid w:val="006C34F6"/>
    <w:rsid w:val="007305B9"/>
    <w:rsid w:val="008804D5"/>
    <w:rsid w:val="008A6E5A"/>
    <w:rsid w:val="008B28FD"/>
    <w:rsid w:val="009C5CFD"/>
    <w:rsid w:val="009C5F8D"/>
    <w:rsid w:val="00A33D9F"/>
    <w:rsid w:val="00AA1D8D"/>
    <w:rsid w:val="00B47730"/>
    <w:rsid w:val="00CB0664"/>
    <w:rsid w:val="00CC67B8"/>
    <w:rsid w:val="00CC7015"/>
    <w:rsid w:val="00D91C4D"/>
    <w:rsid w:val="00E87773"/>
    <w:rsid w:val="00EC2160"/>
    <w:rsid w:val="00F56ABA"/>
    <w:rsid w:val="00FC65BF"/>
    <w:rsid w:val="00FC693F"/>
    <w:rsid w:val="00FD5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3D2DA77-36BF-4320-B89D-A224C663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Dang</dc:creator>
  <cp:keywords/>
  <dc:description>.</dc:description>
  <cp:lastModifiedBy>QUANG NGUYEN THI THIEU</cp:lastModifiedBy>
  <cp:revision>21</cp:revision>
  <dcterms:created xsi:type="dcterms:W3CDTF">2013-12-23T23:15:00Z</dcterms:created>
  <dcterms:modified xsi:type="dcterms:W3CDTF">2026-09-09T08:35:00Z</dcterms:modified>
  <cp:category/>
</cp:coreProperties>
</file>